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F1BC" w14:textId="77777777" w:rsidR="00B95842" w:rsidRDefault="0039257F">
      <w:pPr>
        <w:pStyle w:val="Heading1"/>
      </w:pPr>
      <w:r>
        <w:t>Phrasal Verbs with English Definitions</w:t>
      </w:r>
    </w:p>
    <w:p w14:paraId="487A844D" w14:textId="77777777" w:rsidR="00B95842" w:rsidRDefault="0039257F">
      <w:pPr>
        <w:pStyle w:val="Heading2"/>
      </w:pPr>
      <w:r>
        <w:t>set out</w:t>
      </w:r>
    </w:p>
    <w:p w14:paraId="1F3250FF" w14:textId="77777777" w:rsidR="00B95842" w:rsidRDefault="0039257F">
      <w:r>
        <w:t>to start a journey or begin doing something</w:t>
      </w:r>
    </w:p>
    <w:p w14:paraId="685A0400" w14:textId="77777777" w:rsidR="00B95842" w:rsidRDefault="0039257F">
      <w:pPr>
        <w:pStyle w:val="Heading2"/>
      </w:pPr>
      <w:r>
        <w:t>give up</w:t>
      </w:r>
    </w:p>
    <w:p w14:paraId="60586B22" w14:textId="77777777" w:rsidR="00B95842" w:rsidRDefault="0039257F">
      <w:r>
        <w:t>to stop trying to do something</w:t>
      </w:r>
    </w:p>
    <w:p w14:paraId="3B12F036" w14:textId="77777777" w:rsidR="00B95842" w:rsidRDefault="0039257F">
      <w:pPr>
        <w:pStyle w:val="Heading2"/>
      </w:pPr>
      <w:r>
        <w:t>watch out</w:t>
      </w:r>
    </w:p>
    <w:p w14:paraId="609620EE" w14:textId="77777777" w:rsidR="00B95842" w:rsidRDefault="0039257F">
      <w:r>
        <w:t>to be careful or pay attention to danger</w:t>
      </w:r>
    </w:p>
    <w:p w14:paraId="7A7A3814" w14:textId="77777777" w:rsidR="00B95842" w:rsidRDefault="0039257F">
      <w:pPr>
        <w:pStyle w:val="Heading2"/>
      </w:pPr>
      <w:r>
        <w:t>grow up</w:t>
      </w:r>
    </w:p>
    <w:p w14:paraId="3DC64D81" w14:textId="77777777" w:rsidR="00B95842" w:rsidRDefault="0039257F">
      <w:r>
        <w:t>to become an adult</w:t>
      </w:r>
    </w:p>
    <w:p w14:paraId="7B981976" w14:textId="77777777" w:rsidR="00B95842" w:rsidRDefault="0039257F">
      <w:pPr>
        <w:pStyle w:val="Heading2"/>
      </w:pPr>
      <w:r>
        <w:t>keep on</w:t>
      </w:r>
    </w:p>
    <w:p w14:paraId="1515CEA3" w14:textId="77777777" w:rsidR="00B95842" w:rsidRDefault="0039257F">
      <w:r>
        <w:t>to continue doing something</w:t>
      </w:r>
    </w:p>
    <w:p w14:paraId="00A505FB" w14:textId="77777777" w:rsidR="00B95842" w:rsidRDefault="0039257F">
      <w:pPr>
        <w:pStyle w:val="Heading2"/>
      </w:pPr>
      <w:r>
        <w:t>run out of</w:t>
      </w:r>
    </w:p>
    <w:p w14:paraId="55E31B97" w14:textId="77777777" w:rsidR="00B95842" w:rsidRDefault="0039257F">
      <w:r>
        <w:t>to have no more of something</w:t>
      </w:r>
    </w:p>
    <w:p w14:paraId="04A64C8C" w14:textId="77777777" w:rsidR="00B95842" w:rsidRDefault="0039257F">
      <w:pPr>
        <w:pStyle w:val="Heading2"/>
      </w:pPr>
      <w:r>
        <w:t>put up with</w:t>
      </w:r>
    </w:p>
    <w:p w14:paraId="7AD349E2" w14:textId="77777777" w:rsidR="00B95842" w:rsidRDefault="0039257F">
      <w:r>
        <w:t>to accept something unpleasant or annoying</w:t>
      </w:r>
    </w:p>
    <w:p w14:paraId="16C657B1" w14:textId="77777777" w:rsidR="00B95842" w:rsidRDefault="0039257F">
      <w:pPr>
        <w:pStyle w:val="Heading2"/>
      </w:pPr>
      <w:r>
        <w:t>break down</w:t>
      </w:r>
    </w:p>
    <w:p w14:paraId="521EED0D" w14:textId="77777777" w:rsidR="00B95842" w:rsidRDefault="0039257F">
      <w:r>
        <w:t>to stop working (for a machine) or to lose control emotionally (for a person)</w:t>
      </w:r>
    </w:p>
    <w:sectPr w:rsidR="00B958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7929117">
    <w:abstractNumId w:val="8"/>
  </w:num>
  <w:num w:numId="2" w16cid:durableId="2132939720">
    <w:abstractNumId w:val="6"/>
  </w:num>
  <w:num w:numId="3" w16cid:durableId="752552532">
    <w:abstractNumId w:val="5"/>
  </w:num>
  <w:num w:numId="4" w16cid:durableId="2063365346">
    <w:abstractNumId w:val="4"/>
  </w:num>
  <w:num w:numId="5" w16cid:durableId="657660616">
    <w:abstractNumId w:val="7"/>
  </w:num>
  <w:num w:numId="6" w16cid:durableId="229930203">
    <w:abstractNumId w:val="3"/>
  </w:num>
  <w:num w:numId="7" w16cid:durableId="872039915">
    <w:abstractNumId w:val="2"/>
  </w:num>
  <w:num w:numId="8" w16cid:durableId="1340041042">
    <w:abstractNumId w:val="1"/>
  </w:num>
  <w:num w:numId="9" w16cid:durableId="82374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A1F"/>
    <w:rsid w:val="0015074B"/>
    <w:rsid w:val="0029639D"/>
    <w:rsid w:val="00326F90"/>
    <w:rsid w:val="0039257F"/>
    <w:rsid w:val="00AA1D8D"/>
    <w:rsid w:val="00B47730"/>
    <w:rsid w:val="00B9584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77E5D0"/>
  <w14:defaultImageDpi w14:val="300"/>
  <w15:docId w15:val="{ADDD2B39-A649-684D-AA21-F884D5A0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ftmeslr2328@gmail.com</cp:lastModifiedBy>
  <cp:revision>2</cp:revision>
  <dcterms:created xsi:type="dcterms:W3CDTF">2026-02-24T03:04:00Z</dcterms:created>
  <dcterms:modified xsi:type="dcterms:W3CDTF">2026-02-24T03:04:00Z</dcterms:modified>
  <cp:category/>
</cp:coreProperties>
</file>